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2AFF0" w14:textId="78C7C7DF" w:rsidR="00345769" w:rsidRDefault="00D121A8">
      <w:pPr>
        <w:spacing w:after="40"/>
        <w:jc w:val="center"/>
        <w:rPr>
          <w:lang w:eastAsia="ko-KR"/>
        </w:rPr>
      </w:pPr>
      <w:proofErr w:type="spellStart"/>
      <w:r>
        <w:rPr>
          <w:rFonts w:hint="eastAsia"/>
          <w:b/>
          <w:color w:val="1F2937"/>
          <w:sz w:val="44"/>
          <w:lang w:eastAsia="ko-KR"/>
        </w:rPr>
        <w:t>업무팀</w:t>
      </w:r>
      <w:proofErr w:type="spellEnd"/>
      <w:r>
        <w:rPr>
          <w:rFonts w:hint="eastAsia"/>
          <w:b/>
          <w:color w:val="1F2937"/>
          <w:sz w:val="44"/>
          <w:lang w:eastAsia="ko-KR"/>
        </w:rPr>
        <w:t xml:space="preserve"> </w:t>
      </w:r>
      <w:r w:rsidR="00A43EB6">
        <w:rPr>
          <w:b/>
          <w:color w:val="1F2937"/>
          <w:sz w:val="44"/>
          <w:lang w:eastAsia="ko-KR"/>
        </w:rPr>
        <w:t>전산</w:t>
      </w:r>
      <w:r>
        <w:rPr>
          <w:rFonts w:hint="eastAsia"/>
          <w:b/>
          <w:color w:val="1F2937"/>
          <w:sz w:val="44"/>
          <w:lang w:eastAsia="ko-KR"/>
        </w:rPr>
        <w:t>관련</w:t>
      </w:r>
      <w:r w:rsidR="00A43EB6">
        <w:rPr>
          <w:b/>
          <w:color w:val="1F2937"/>
          <w:sz w:val="44"/>
          <w:lang w:eastAsia="ko-KR"/>
        </w:rPr>
        <w:t xml:space="preserve"> 요청사항</w:t>
      </w:r>
    </w:p>
    <w:p w14:paraId="4E61A6C0" w14:textId="58155778" w:rsidR="00DA0091" w:rsidRDefault="00DA0091" w:rsidP="00DA0091">
      <w:pPr>
        <w:spacing w:before="200" w:after="80"/>
        <w:rPr>
          <w:lang w:eastAsia="ko-KR"/>
        </w:rPr>
      </w:pPr>
      <w:r>
        <w:rPr>
          <w:b/>
          <w:color w:val="1F4E79"/>
          <w:sz w:val="30"/>
          <w:lang w:eastAsia="ko-KR"/>
        </w:rPr>
        <w:t xml:space="preserve">1. </w:t>
      </w:r>
      <w:proofErr w:type="spellStart"/>
      <w:r>
        <w:rPr>
          <w:rFonts w:hint="eastAsia"/>
          <w:b/>
          <w:color w:val="1F4E79"/>
          <w:sz w:val="30"/>
          <w:lang w:eastAsia="ko-KR"/>
        </w:rPr>
        <w:t>투찰조견표</w:t>
      </w:r>
      <w:proofErr w:type="spellEnd"/>
      <w:r>
        <w:rPr>
          <w:rFonts w:hint="eastAsia"/>
          <w:b/>
          <w:color w:val="1F4E79"/>
          <w:sz w:val="30"/>
          <w:lang w:eastAsia="ko-KR"/>
        </w:rPr>
        <w:t xml:space="preserve"> </w:t>
      </w:r>
      <w:r>
        <w:rPr>
          <w:b/>
          <w:color w:val="1F4E79"/>
          <w:sz w:val="30"/>
          <w:lang w:eastAsia="ko-KR"/>
        </w:rPr>
        <w:t xml:space="preserve">SATIS </w:t>
      </w:r>
      <w:r>
        <w:rPr>
          <w:rFonts w:hint="eastAsia"/>
          <w:b/>
          <w:color w:val="1F4E79"/>
          <w:sz w:val="30"/>
          <w:lang w:eastAsia="ko-KR"/>
        </w:rPr>
        <w:t>생성 요청</w:t>
      </w:r>
    </w:p>
    <w:p w14:paraId="1346EA25" w14:textId="77777777" w:rsidR="00DA0091" w:rsidRPr="00DA0091" w:rsidRDefault="00DA0091" w:rsidP="00DA0091">
      <w:pPr>
        <w:pBdr>
          <w:bottom w:val="single" w:sz="12" w:space="1" w:color="1F4E79"/>
        </w:pBdr>
        <w:spacing w:after="100"/>
        <w:rPr>
          <w:lang w:eastAsia="ko-K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7824"/>
      </w:tblGrid>
      <w:tr w:rsidR="00DA0091" w14:paraId="6FEC6E38" w14:textId="77777777" w:rsidTr="00281326">
        <w:trPr>
          <w:jc w:val="center"/>
        </w:trPr>
        <w:tc>
          <w:tcPr>
            <w:tcW w:w="2381" w:type="dxa"/>
            <w:tcBorders>
              <w:top w:val="single" w:sz="4" w:space="0" w:color="D6DCE5"/>
              <w:left w:val="single" w:sz="4" w:space="0" w:color="D6DCE5"/>
              <w:bottom w:val="single" w:sz="4" w:space="0" w:color="D6DCE5"/>
              <w:right w:val="single" w:sz="4" w:space="0" w:color="D6DCE5"/>
            </w:tcBorders>
            <w:shd w:val="clear" w:color="auto" w:fill="F2F5F8"/>
            <w:vAlign w:val="center"/>
          </w:tcPr>
          <w:p w14:paraId="2291517A" w14:textId="77777777" w:rsidR="00DA0091" w:rsidRDefault="00DA0091" w:rsidP="00281326">
            <w:pPr>
              <w:jc w:val="center"/>
            </w:pPr>
            <w:proofErr w:type="spellStart"/>
            <w:r>
              <w:rPr>
                <w:b/>
                <w:color w:val="374151"/>
                <w:sz w:val="19"/>
              </w:rPr>
              <w:t>요청내용</w:t>
            </w:r>
            <w:proofErr w:type="spellEnd"/>
          </w:p>
        </w:tc>
        <w:tc>
          <w:tcPr>
            <w:tcW w:w="7824" w:type="dxa"/>
            <w:tcBorders>
              <w:top w:val="single" w:sz="4" w:space="0" w:color="D6DCE5"/>
              <w:left w:val="single" w:sz="4" w:space="0" w:color="D6DCE5"/>
              <w:bottom w:val="single" w:sz="4" w:space="0" w:color="D6DCE5"/>
              <w:right w:val="single" w:sz="4" w:space="0" w:color="D6DCE5"/>
            </w:tcBorders>
            <w:vAlign w:val="center"/>
          </w:tcPr>
          <w:p w14:paraId="3BEF8C76" w14:textId="77777777" w:rsidR="00DA0091" w:rsidRPr="00DA0091" w:rsidRDefault="00DA0091" w:rsidP="00281326">
            <w:pPr>
              <w:spacing w:after="0" w:line="264" w:lineRule="auto"/>
              <w:rPr>
                <w:lang w:eastAsia="ko-KR"/>
              </w:rPr>
            </w:pPr>
            <w:r>
              <w:rPr>
                <w:rFonts w:hint="eastAsia"/>
                <w:sz w:val="19"/>
                <w:lang w:eastAsia="ko-KR"/>
              </w:rPr>
              <w:t xml:space="preserve">현재 </w:t>
            </w:r>
            <w:r w:rsidRPr="00DA0091">
              <w:rPr>
                <w:sz w:val="19"/>
                <w:lang w:eastAsia="ko-KR"/>
              </w:rPr>
              <w:t>ERP Advance Plugin 프로그램으로 '</w:t>
            </w:r>
            <w:proofErr w:type="spellStart"/>
            <w:r w:rsidRPr="00DA0091">
              <w:rPr>
                <w:sz w:val="19"/>
                <w:lang w:eastAsia="ko-KR"/>
              </w:rPr>
              <w:t>투찰조견표</w:t>
            </w:r>
            <w:proofErr w:type="spellEnd"/>
            <w:r>
              <w:rPr>
                <w:rFonts w:hint="eastAsia"/>
                <w:sz w:val="19"/>
                <w:lang w:eastAsia="ko-KR"/>
              </w:rPr>
              <w:t>(엑셀)</w:t>
            </w:r>
            <w:r w:rsidRPr="00DA0091">
              <w:rPr>
                <w:sz w:val="19"/>
                <w:lang w:eastAsia="ko-KR"/>
              </w:rPr>
              <w:t>'를 생성</w:t>
            </w:r>
            <w:r>
              <w:rPr>
                <w:rFonts w:hint="eastAsia"/>
                <w:sz w:val="19"/>
                <w:lang w:eastAsia="ko-KR"/>
              </w:rPr>
              <w:t xml:space="preserve"> 중이나 업무 효율화를 위해SATIS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rFonts w:hint="eastAsia"/>
                <w:sz w:val="19"/>
                <w:lang w:eastAsia="ko-KR"/>
              </w:rPr>
              <w:t>메뉴 생성 요청</w:t>
            </w:r>
          </w:p>
        </w:tc>
      </w:tr>
      <w:tr w:rsidR="00DA0091" w14:paraId="548644C2" w14:textId="77777777" w:rsidTr="00281326">
        <w:trPr>
          <w:jc w:val="center"/>
        </w:trPr>
        <w:tc>
          <w:tcPr>
            <w:tcW w:w="2381" w:type="dxa"/>
            <w:tcBorders>
              <w:top w:val="single" w:sz="4" w:space="0" w:color="D6DCE5"/>
              <w:left w:val="single" w:sz="4" w:space="0" w:color="D6DCE5"/>
              <w:bottom w:val="single" w:sz="4" w:space="0" w:color="D6DCE5"/>
              <w:right w:val="single" w:sz="4" w:space="0" w:color="D6DCE5"/>
            </w:tcBorders>
            <w:shd w:val="clear" w:color="auto" w:fill="F2F5F8"/>
            <w:vAlign w:val="center"/>
          </w:tcPr>
          <w:p w14:paraId="5C4D5500" w14:textId="77777777" w:rsidR="00DA0091" w:rsidRPr="00AF216A" w:rsidRDefault="00DA0091" w:rsidP="00281326">
            <w:pPr>
              <w:jc w:val="center"/>
              <w:rPr>
                <w:b/>
                <w:lang w:eastAsia="ko-KR"/>
              </w:rPr>
            </w:pPr>
            <w:r w:rsidRPr="00AF216A">
              <w:rPr>
                <w:rFonts w:hint="eastAsia"/>
                <w:b/>
                <w:lang w:eastAsia="ko-KR"/>
              </w:rPr>
              <w:t>첨부자료</w:t>
            </w:r>
          </w:p>
        </w:tc>
        <w:tc>
          <w:tcPr>
            <w:tcW w:w="7824" w:type="dxa"/>
            <w:tcBorders>
              <w:top w:val="single" w:sz="4" w:space="0" w:color="D6DCE5"/>
              <w:left w:val="single" w:sz="4" w:space="0" w:color="D6DCE5"/>
              <w:bottom w:val="single" w:sz="4" w:space="0" w:color="D6DCE5"/>
              <w:right w:val="single" w:sz="4" w:space="0" w:color="D6DCE5"/>
            </w:tcBorders>
            <w:vAlign w:val="center"/>
          </w:tcPr>
          <w:p w14:paraId="1DC2C82E" w14:textId="77777777" w:rsidR="00DA0091" w:rsidRPr="00DA0091" w:rsidRDefault="00DA0091" w:rsidP="00281326">
            <w:pPr>
              <w:spacing w:after="0" w:line="264" w:lineRule="auto"/>
              <w:rPr>
                <w:lang w:eastAsia="ko-KR"/>
              </w:rPr>
            </w:pPr>
            <w:proofErr w:type="spellStart"/>
            <w:r>
              <w:rPr>
                <w:rFonts w:hint="eastAsia"/>
                <w:lang w:eastAsia="ko-KR"/>
              </w:rPr>
              <w:t>투찰조견표</w:t>
            </w:r>
            <w:proofErr w:type="spellEnd"/>
          </w:p>
        </w:tc>
      </w:tr>
    </w:tbl>
    <w:p w14:paraId="3E089B39" w14:textId="77777777" w:rsidR="00DA0091" w:rsidRDefault="00DA0091" w:rsidP="00DA0091">
      <w:pPr>
        <w:spacing w:before="20" w:after="80"/>
        <w:jc w:val="center"/>
        <w:rPr>
          <w:lang w:eastAsia="ko-KR"/>
        </w:rPr>
      </w:pPr>
    </w:p>
    <w:p w14:paraId="78155CB0" w14:textId="5C3E803F" w:rsidR="00345769" w:rsidRDefault="00DA0091">
      <w:pPr>
        <w:spacing w:before="200" w:after="80"/>
        <w:rPr>
          <w:lang w:eastAsia="ko-KR"/>
        </w:rPr>
      </w:pPr>
      <w:r>
        <w:rPr>
          <w:b/>
          <w:color w:val="1F4E79"/>
          <w:sz w:val="30"/>
          <w:lang w:eastAsia="ko-KR"/>
        </w:rPr>
        <w:t>2</w:t>
      </w:r>
      <w:r w:rsidR="00A43EB6">
        <w:rPr>
          <w:b/>
          <w:color w:val="1F4E79"/>
          <w:sz w:val="30"/>
          <w:lang w:eastAsia="ko-KR"/>
        </w:rPr>
        <w:t>. 입찰결과보고서 양식 변경</w:t>
      </w:r>
    </w:p>
    <w:p w14:paraId="6691C039" w14:textId="77777777" w:rsidR="00345769" w:rsidRPr="00DA0091" w:rsidRDefault="00345769">
      <w:pPr>
        <w:pBdr>
          <w:bottom w:val="single" w:sz="12" w:space="1" w:color="1F4E79"/>
        </w:pBdr>
        <w:spacing w:after="100"/>
        <w:rPr>
          <w:lang w:eastAsia="ko-K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7824"/>
      </w:tblGrid>
      <w:tr w:rsidR="00345769" w14:paraId="23C88811" w14:textId="77777777">
        <w:trPr>
          <w:jc w:val="center"/>
        </w:trPr>
        <w:tc>
          <w:tcPr>
            <w:tcW w:w="2381" w:type="dxa"/>
            <w:tcBorders>
              <w:top w:val="single" w:sz="4" w:space="0" w:color="D6DCE5"/>
              <w:left w:val="single" w:sz="4" w:space="0" w:color="D6DCE5"/>
              <w:bottom w:val="single" w:sz="4" w:space="0" w:color="D6DCE5"/>
              <w:right w:val="single" w:sz="4" w:space="0" w:color="D6DCE5"/>
            </w:tcBorders>
            <w:shd w:val="clear" w:color="auto" w:fill="F2F5F8"/>
            <w:vAlign w:val="center"/>
          </w:tcPr>
          <w:p w14:paraId="00884751" w14:textId="77777777" w:rsidR="00345769" w:rsidRDefault="00A43EB6">
            <w:pPr>
              <w:jc w:val="center"/>
            </w:pPr>
            <w:proofErr w:type="spellStart"/>
            <w:r>
              <w:rPr>
                <w:b/>
                <w:color w:val="374151"/>
                <w:sz w:val="19"/>
              </w:rPr>
              <w:t>요청내용</w:t>
            </w:r>
            <w:proofErr w:type="spellEnd"/>
          </w:p>
        </w:tc>
        <w:tc>
          <w:tcPr>
            <w:tcW w:w="7824" w:type="dxa"/>
            <w:tcBorders>
              <w:top w:val="single" w:sz="4" w:space="0" w:color="D6DCE5"/>
              <w:left w:val="single" w:sz="4" w:space="0" w:color="D6DCE5"/>
              <w:bottom w:val="single" w:sz="4" w:space="0" w:color="D6DCE5"/>
              <w:right w:val="single" w:sz="4" w:space="0" w:color="D6DCE5"/>
            </w:tcBorders>
            <w:vAlign w:val="center"/>
          </w:tcPr>
          <w:p w14:paraId="0724A487" w14:textId="77777777" w:rsidR="00345769" w:rsidRDefault="00A43EB6">
            <w:pPr>
              <w:spacing w:after="0" w:line="264" w:lineRule="auto"/>
              <w:rPr>
                <w:lang w:eastAsia="ko-KR"/>
              </w:rPr>
            </w:pPr>
            <w:r>
              <w:rPr>
                <w:sz w:val="19"/>
                <w:lang w:eastAsia="ko-KR"/>
              </w:rPr>
              <w:t>첨부된 엑셀 파일 양식으로 입찰결과보고서 출력 양식 변경</w:t>
            </w:r>
          </w:p>
        </w:tc>
      </w:tr>
      <w:tr w:rsidR="00345769" w14:paraId="11F65D76" w14:textId="77777777">
        <w:trPr>
          <w:jc w:val="center"/>
        </w:trPr>
        <w:tc>
          <w:tcPr>
            <w:tcW w:w="2381" w:type="dxa"/>
            <w:tcBorders>
              <w:top w:val="single" w:sz="4" w:space="0" w:color="D6DCE5"/>
              <w:left w:val="single" w:sz="4" w:space="0" w:color="D6DCE5"/>
              <w:bottom w:val="single" w:sz="4" w:space="0" w:color="D6DCE5"/>
              <w:right w:val="single" w:sz="4" w:space="0" w:color="D6DCE5"/>
            </w:tcBorders>
            <w:shd w:val="clear" w:color="auto" w:fill="F2F5F8"/>
            <w:vAlign w:val="center"/>
          </w:tcPr>
          <w:p w14:paraId="5F18BBEB" w14:textId="77777777" w:rsidR="00345769" w:rsidRDefault="00A43EB6">
            <w:pPr>
              <w:jc w:val="center"/>
            </w:pPr>
            <w:proofErr w:type="spellStart"/>
            <w:r>
              <w:rPr>
                <w:b/>
                <w:color w:val="374151"/>
                <w:sz w:val="19"/>
              </w:rPr>
              <w:t>첨부자료</w:t>
            </w:r>
            <w:proofErr w:type="spellEnd"/>
          </w:p>
        </w:tc>
        <w:tc>
          <w:tcPr>
            <w:tcW w:w="7824" w:type="dxa"/>
            <w:tcBorders>
              <w:top w:val="single" w:sz="4" w:space="0" w:color="D6DCE5"/>
              <w:left w:val="single" w:sz="4" w:space="0" w:color="D6DCE5"/>
              <w:bottom w:val="single" w:sz="4" w:space="0" w:color="D6DCE5"/>
              <w:right w:val="single" w:sz="4" w:space="0" w:color="D6DCE5"/>
            </w:tcBorders>
            <w:vAlign w:val="center"/>
          </w:tcPr>
          <w:p w14:paraId="52EE105B" w14:textId="77777777" w:rsidR="00345769" w:rsidRDefault="00A43EB6">
            <w:pPr>
              <w:spacing w:after="0" w:line="264" w:lineRule="auto"/>
              <w:rPr>
                <w:lang w:eastAsia="ko-KR"/>
              </w:rPr>
            </w:pPr>
            <w:r>
              <w:rPr>
                <w:sz w:val="19"/>
                <w:lang w:eastAsia="ko-KR"/>
              </w:rPr>
              <w:t>입찰결과보고서-</w:t>
            </w:r>
            <w:proofErr w:type="spellStart"/>
            <w:r>
              <w:rPr>
                <w:sz w:val="19"/>
                <w:lang w:eastAsia="ko-KR"/>
              </w:rPr>
              <w:t>전산팀전달</w:t>
            </w:r>
            <w:proofErr w:type="spellEnd"/>
            <w:r>
              <w:rPr>
                <w:sz w:val="19"/>
                <w:lang w:eastAsia="ko-KR"/>
              </w:rPr>
              <w:t>.</w:t>
            </w:r>
            <w:proofErr w:type="spellStart"/>
            <w:r>
              <w:rPr>
                <w:sz w:val="19"/>
                <w:lang w:eastAsia="ko-KR"/>
              </w:rPr>
              <w:t>xlsx</w:t>
            </w:r>
            <w:proofErr w:type="spellEnd"/>
          </w:p>
        </w:tc>
      </w:tr>
    </w:tbl>
    <w:p w14:paraId="336C28A6" w14:textId="77777777" w:rsidR="00345769" w:rsidRDefault="00345769">
      <w:pPr>
        <w:spacing w:after="20"/>
        <w:rPr>
          <w:lang w:eastAsia="ko-KR"/>
        </w:rPr>
      </w:pPr>
    </w:p>
    <w:p w14:paraId="5760254C" w14:textId="52153BA6" w:rsidR="00345769" w:rsidRDefault="00DA0091">
      <w:pPr>
        <w:spacing w:before="200" w:after="80"/>
        <w:rPr>
          <w:lang w:eastAsia="ko-KR"/>
        </w:rPr>
      </w:pPr>
      <w:r>
        <w:rPr>
          <w:b/>
          <w:color w:val="1F4E79"/>
          <w:sz w:val="30"/>
          <w:lang w:eastAsia="ko-KR"/>
        </w:rPr>
        <w:t>3</w:t>
      </w:r>
      <w:r w:rsidR="00A43EB6">
        <w:rPr>
          <w:b/>
          <w:color w:val="1F4E79"/>
          <w:sz w:val="30"/>
          <w:lang w:eastAsia="ko-KR"/>
        </w:rPr>
        <w:t>. 시공 부문 세금계산서 전표처리 계정과목 변경</w:t>
      </w:r>
    </w:p>
    <w:p w14:paraId="1E83A8E8" w14:textId="77777777" w:rsidR="00345769" w:rsidRPr="00DA0091" w:rsidRDefault="00345769">
      <w:pPr>
        <w:pBdr>
          <w:bottom w:val="single" w:sz="12" w:space="1" w:color="1F4E79"/>
        </w:pBdr>
        <w:spacing w:after="100"/>
        <w:rPr>
          <w:lang w:eastAsia="ko-K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7824"/>
      </w:tblGrid>
      <w:tr w:rsidR="00345769" w14:paraId="07C34CD8" w14:textId="77777777">
        <w:trPr>
          <w:jc w:val="center"/>
        </w:trPr>
        <w:tc>
          <w:tcPr>
            <w:tcW w:w="2381" w:type="dxa"/>
            <w:tcBorders>
              <w:top w:val="single" w:sz="4" w:space="0" w:color="D6DCE5"/>
              <w:left w:val="single" w:sz="4" w:space="0" w:color="D6DCE5"/>
              <w:bottom w:val="single" w:sz="4" w:space="0" w:color="D6DCE5"/>
              <w:right w:val="single" w:sz="4" w:space="0" w:color="D6DCE5"/>
            </w:tcBorders>
            <w:shd w:val="clear" w:color="auto" w:fill="F2F5F8"/>
            <w:vAlign w:val="center"/>
          </w:tcPr>
          <w:p w14:paraId="3BF38D05" w14:textId="77777777" w:rsidR="00345769" w:rsidRDefault="00A43EB6">
            <w:pPr>
              <w:jc w:val="center"/>
            </w:pPr>
            <w:proofErr w:type="spellStart"/>
            <w:r>
              <w:rPr>
                <w:b/>
                <w:color w:val="374151"/>
                <w:sz w:val="19"/>
              </w:rPr>
              <w:t>요청내용</w:t>
            </w:r>
            <w:proofErr w:type="spellEnd"/>
          </w:p>
        </w:tc>
        <w:tc>
          <w:tcPr>
            <w:tcW w:w="7824" w:type="dxa"/>
            <w:tcBorders>
              <w:top w:val="single" w:sz="4" w:space="0" w:color="D6DCE5"/>
              <w:left w:val="single" w:sz="4" w:space="0" w:color="D6DCE5"/>
              <w:bottom w:val="single" w:sz="4" w:space="0" w:color="D6DCE5"/>
              <w:right w:val="single" w:sz="4" w:space="0" w:color="D6DCE5"/>
            </w:tcBorders>
            <w:vAlign w:val="center"/>
          </w:tcPr>
          <w:p w14:paraId="0975D043" w14:textId="77777777" w:rsidR="00345769" w:rsidRDefault="00A43EB6">
            <w:pPr>
              <w:spacing w:after="0" w:line="264" w:lineRule="auto"/>
              <w:rPr>
                <w:lang w:eastAsia="ko-KR"/>
              </w:rPr>
            </w:pPr>
            <w:r>
              <w:rPr>
                <w:sz w:val="19"/>
                <w:lang w:eastAsia="ko-KR"/>
              </w:rPr>
              <w:t>사업부문이 시공인 경우 세금계산서 전표처리 시 아래 계정과목 사용</w:t>
            </w:r>
          </w:p>
        </w:tc>
      </w:tr>
      <w:tr w:rsidR="00345769" w14:paraId="562BF60C" w14:textId="77777777">
        <w:trPr>
          <w:jc w:val="center"/>
        </w:trPr>
        <w:tc>
          <w:tcPr>
            <w:tcW w:w="2381" w:type="dxa"/>
            <w:tcBorders>
              <w:top w:val="single" w:sz="4" w:space="0" w:color="D6DCE5"/>
              <w:left w:val="single" w:sz="4" w:space="0" w:color="D6DCE5"/>
              <w:bottom w:val="single" w:sz="4" w:space="0" w:color="D6DCE5"/>
              <w:right w:val="single" w:sz="4" w:space="0" w:color="D6DCE5"/>
            </w:tcBorders>
            <w:shd w:val="clear" w:color="auto" w:fill="F2F5F8"/>
            <w:vAlign w:val="center"/>
          </w:tcPr>
          <w:p w14:paraId="6A67BE47" w14:textId="77777777" w:rsidR="00345769" w:rsidRDefault="00A43EB6">
            <w:pPr>
              <w:jc w:val="center"/>
            </w:pPr>
            <w:proofErr w:type="spellStart"/>
            <w:r>
              <w:rPr>
                <w:b/>
                <w:color w:val="374151"/>
                <w:sz w:val="19"/>
              </w:rPr>
              <w:t>계정과목</w:t>
            </w:r>
            <w:proofErr w:type="spellEnd"/>
          </w:p>
        </w:tc>
        <w:tc>
          <w:tcPr>
            <w:tcW w:w="7824" w:type="dxa"/>
            <w:tcBorders>
              <w:top w:val="single" w:sz="4" w:space="0" w:color="D6DCE5"/>
              <w:left w:val="single" w:sz="4" w:space="0" w:color="D6DCE5"/>
              <w:bottom w:val="single" w:sz="4" w:space="0" w:color="D6DCE5"/>
              <w:right w:val="single" w:sz="4" w:space="0" w:color="D6DCE5"/>
            </w:tcBorders>
            <w:vAlign w:val="center"/>
          </w:tcPr>
          <w:p w14:paraId="28FB9265" w14:textId="77777777" w:rsidR="00345769" w:rsidRDefault="00A43EB6">
            <w:pPr>
              <w:spacing w:after="0" w:line="264" w:lineRule="auto"/>
              <w:rPr>
                <w:lang w:eastAsia="ko-KR"/>
              </w:rPr>
            </w:pPr>
            <w:r>
              <w:rPr>
                <w:sz w:val="19"/>
                <w:lang w:eastAsia="ko-KR"/>
              </w:rPr>
              <w:t>10111201  공사미수금(계산서발행)</w:t>
            </w:r>
            <w:r>
              <w:rPr>
                <w:sz w:val="19"/>
                <w:lang w:eastAsia="ko-KR"/>
              </w:rPr>
              <w:br/>
              <w:t>20111401  선수금(공사선수금)</w:t>
            </w:r>
          </w:p>
        </w:tc>
      </w:tr>
    </w:tbl>
    <w:p w14:paraId="6F8AFD87" w14:textId="77777777" w:rsidR="00345769" w:rsidRDefault="00345769">
      <w:pPr>
        <w:spacing w:after="20"/>
        <w:rPr>
          <w:lang w:eastAsia="ko-KR"/>
        </w:rPr>
      </w:pPr>
    </w:p>
    <w:p w14:paraId="422D15B6" w14:textId="0A4F47DB" w:rsidR="00345769" w:rsidRDefault="00A43EB6" w:rsidP="00AD7F9A">
      <w:pPr>
        <w:spacing w:before="40" w:after="60"/>
        <w:ind w:firstLine="720"/>
        <w:rPr>
          <w:lang w:eastAsia="ko-KR"/>
        </w:rPr>
      </w:pPr>
      <w:r>
        <w:rPr>
          <w:b/>
          <w:color w:val="464646"/>
          <w:sz w:val="19"/>
          <w:lang w:eastAsia="ko-KR"/>
        </w:rPr>
        <w:t>가전표등록 화면 계정과목 예시</w:t>
      </w:r>
    </w:p>
    <w:p w14:paraId="56A6AFB9" w14:textId="77777777" w:rsidR="00345769" w:rsidRDefault="00A43EB6">
      <w:pPr>
        <w:spacing w:before="20" w:after="80"/>
        <w:jc w:val="center"/>
      </w:pPr>
      <w:r>
        <w:rPr>
          <w:noProof/>
          <w:lang w:eastAsia="ko-KR"/>
        </w:rPr>
        <w:drawing>
          <wp:inline distT="0" distB="0" distL="0" distR="0" wp14:anchorId="718E26EE" wp14:editId="123E1BB8">
            <wp:extent cx="5399405" cy="2533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스크린샷 2026-07-08 091009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06" cy="2533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ECB63" w14:textId="2DD2C1BD" w:rsidR="00345769" w:rsidRDefault="00A43EB6" w:rsidP="00DA0091">
      <w:pPr>
        <w:rPr>
          <w:lang w:eastAsia="ko-KR"/>
        </w:rPr>
      </w:pPr>
      <w:r>
        <w:rPr>
          <w:lang w:eastAsia="ko-KR"/>
        </w:rPr>
        <w:br w:type="page"/>
      </w:r>
      <w:r w:rsidR="00DA0091">
        <w:rPr>
          <w:b/>
          <w:color w:val="1F4E79"/>
          <w:sz w:val="30"/>
          <w:lang w:eastAsia="ko-KR"/>
        </w:rPr>
        <w:lastRenderedPageBreak/>
        <w:t>4</w:t>
      </w:r>
      <w:r>
        <w:rPr>
          <w:b/>
          <w:color w:val="1F4E79"/>
          <w:sz w:val="30"/>
          <w:lang w:eastAsia="ko-KR"/>
        </w:rPr>
        <w:t xml:space="preserve">. 보증내역전표이체 화면 </w:t>
      </w:r>
      <w:proofErr w:type="spellStart"/>
      <w:r>
        <w:rPr>
          <w:b/>
          <w:color w:val="1F4E79"/>
          <w:sz w:val="30"/>
          <w:lang w:eastAsia="ko-KR"/>
        </w:rPr>
        <w:t>증권번호</w:t>
      </w:r>
      <w:proofErr w:type="spellEnd"/>
      <w:r>
        <w:rPr>
          <w:b/>
          <w:color w:val="1F4E79"/>
          <w:sz w:val="30"/>
          <w:lang w:eastAsia="ko-KR"/>
        </w:rPr>
        <w:t xml:space="preserve"> 항목 추가</w:t>
      </w:r>
    </w:p>
    <w:p w14:paraId="5D8D59BF" w14:textId="77777777" w:rsidR="00345769" w:rsidRDefault="00345769">
      <w:pPr>
        <w:pBdr>
          <w:bottom w:val="single" w:sz="12" w:space="1" w:color="1F4E79"/>
        </w:pBdr>
        <w:spacing w:after="100"/>
        <w:rPr>
          <w:lang w:eastAsia="ko-K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7824"/>
      </w:tblGrid>
      <w:tr w:rsidR="00345769" w14:paraId="05874CA6" w14:textId="77777777">
        <w:trPr>
          <w:jc w:val="center"/>
        </w:trPr>
        <w:tc>
          <w:tcPr>
            <w:tcW w:w="2381" w:type="dxa"/>
            <w:tcBorders>
              <w:top w:val="single" w:sz="4" w:space="0" w:color="D6DCE5"/>
              <w:left w:val="single" w:sz="4" w:space="0" w:color="D6DCE5"/>
              <w:bottom w:val="single" w:sz="4" w:space="0" w:color="D6DCE5"/>
              <w:right w:val="single" w:sz="4" w:space="0" w:color="D6DCE5"/>
            </w:tcBorders>
            <w:shd w:val="clear" w:color="auto" w:fill="F2F5F8"/>
            <w:vAlign w:val="center"/>
          </w:tcPr>
          <w:p w14:paraId="12B8EADA" w14:textId="77777777" w:rsidR="00345769" w:rsidRDefault="00A43EB6">
            <w:pPr>
              <w:jc w:val="center"/>
            </w:pPr>
            <w:proofErr w:type="spellStart"/>
            <w:r>
              <w:rPr>
                <w:b/>
                <w:color w:val="374151"/>
                <w:sz w:val="19"/>
              </w:rPr>
              <w:t>요청내용</w:t>
            </w:r>
            <w:proofErr w:type="spellEnd"/>
          </w:p>
        </w:tc>
        <w:tc>
          <w:tcPr>
            <w:tcW w:w="7824" w:type="dxa"/>
            <w:tcBorders>
              <w:top w:val="single" w:sz="4" w:space="0" w:color="D6DCE5"/>
              <w:left w:val="single" w:sz="4" w:space="0" w:color="D6DCE5"/>
              <w:bottom w:val="single" w:sz="4" w:space="0" w:color="D6DCE5"/>
              <w:right w:val="single" w:sz="4" w:space="0" w:color="D6DCE5"/>
            </w:tcBorders>
            <w:vAlign w:val="center"/>
          </w:tcPr>
          <w:p w14:paraId="5B166757" w14:textId="77777777" w:rsidR="00345769" w:rsidRDefault="00A43EB6">
            <w:pPr>
              <w:spacing w:after="0" w:line="264" w:lineRule="auto"/>
              <w:rPr>
                <w:lang w:eastAsia="ko-KR"/>
              </w:rPr>
            </w:pPr>
            <w:r>
              <w:rPr>
                <w:sz w:val="19"/>
                <w:lang w:eastAsia="ko-KR"/>
              </w:rPr>
              <w:t xml:space="preserve">로봇 프로세스 자동화(RPA)로 입력된 </w:t>
            </w:r>
            <w:proofErr w:type="spellStart"/>
            <w:r>
              <w:rPr>
                <w:sz w:val="19"/>
                <w:lang w:eastAsia="ko-KR"/>
              </w:rPr>
              <w:t>보증내역</w:t>
            </w:r>
            <w:proofErr w:type="spellEnd"/>
            <w:r>
              <w:rPr>
                <w:sz w:val="19"/>
                <w:lang w:eastAsia="ko-KR"/>
              </w:rPr>
              <w:t xml:space="preserve"> 검증을 위해 보증내역전표이체 화면에 </w:t>
            </w:r>
            <w:proofErr w:type="spellStart"/>
            <w:r>
              <w:rPr>
                <w:sz w:val="19"/>
                <w:lang w:eastAsia="ko-KR"/>
              </w:rPr>
              <w:t>증권번호</w:t>
            </w:r>
            <w:proofErr w:type="spellEnd"/>
            <w:r>
              <w:rPr>
                <w:sz w:val="19"/>
                <w:lang w:eastAsia="ko-KR"/>
              </w:rPr>
              <w:t xml:space="preserve"> 항목 추가</w:t>
            </w:r>
          </w:p>
        </w:tc>
      </w:tr>
      <w:tr w:rsidR="00345769" w14:paraId="57E94EF6" w14:textId="77777777">
        <w:trPr>
          <w:jc w:val="center"/>
        </w:trPr>
        <w:tc>
          <w:tcPr>
            <w:tcW w:w="2381" w:type="dxa"/>
            <w:tcBorders>
              <w:top w:val="single" w:sz="4" w:space="0" w:color="D6DCE5"/>
              <w:left w:val="single" w:sz="4" w:space="0" w:color="D6DCE5"/>
              <w:bottom w:val="single" w:sz="4" w:space="0" w:color="D6DCE5"/>
              <w:right w:val="single" w:sz="4" w:space="0" w:color="D6DCE5"/>
            </w:tcBorders>
            <w:shd w:val="clear" w:color="auto" w:fill="F2F5F8"/>
            <w:vAlign w:val="center"/>
          </w:tcPr>
          <w:p w14:paraId="32944031" w14:textId="77777777" w:rsidR="00345769" w:rsidRDefault="00A43EB6">
            <w:pPr>
              <w:jc w:val="center"/>
            </w:pPr>
            <w:proofErr w:type="spellStart"/>
            <w:r>
              <w:rPr>
                <w:b/>
                <w:color w:val="374151"/>
                <w:sz w:val="19"/>
              </w:rPr>
              <w:t>추가위치</w:t>
            </w:r>
            <w:proofErr w:type="spellEnd"/>
          </w:p>
        </w:tc>
        <w:tc>
          <w:tcPr>
            <w:tcW w:w="7824" w:type="dxa"/>
            <w:tcBorders>
              <w:top w:val="single" w:sz="4" w:space="0" w:color="D6DCE5"/>
              <w:left w:val="single" w:sz="4" w:space="0" w:color="D6DCE5"/>
              <w:bottom w:val="single" w:sz="4" w:space="0" w:color="D6DCE5"/>
              <w:right w:val="single" w:sz="4" w:space="0" w:color="D6DCE5"/>
            </w:tcBorders>
            <w:vAlign w:val="center"/>
          </w:tcPr>
          <w:p w14:paraId="7C6F6101" w14:textId="77777777" w:rsidR="00345769" w:rsidRDefault="00A43EB6">
            <w:pPr>
              <w:spacing w:after="0" w:line="264" w:lineRule="auto"/>
              <w:rPr>
                <w:lang w:eastAsia="ko-KR"/>
              </w:rPr>
            </w:pPr>
            <w:r>
              <w:rPr>
                <w:sz w:val="19"/>
                <w:lang w:eastAsia="ko-KR"/>
              </w:rPr>
              <w:t xml:space="preserve">보증내역전표이체 화면 내 </w:t>
            </w:r>
            <w:proofErr w:type="spellStart"/>
            <w:r>
              <w:rPr>
                <w:sz w:val="19"/>
                <w:lang w:eastAsia="ko-KR"/>
              </w:rPr>
              <w:t>보증종료일</w:t>
            </w:r>
            <w:proofErr w:type="spellEnd"/>
            <w:r>
              <w:rPr>
                <w:sz w:val="19"/>
                <w:lang w:eastAsia="ko-KR"/>
              </w:rPr>
              <w:t xml:space="preserve"> / </w:t>
            </w:r>
            <w:proofErr w:type="spellStart"/>
            <w:r>
              <w:rPr>
                <w:sz w:val="19"/>
                <w:lang w:eastAsia="ko-KR"/>
              </w:rPr>
              <w:t>이체번호</w:t>
            </w:r>
            <w:proofErr w:type="spellEnd"/>
            <w:r>
              <w:rPr>
                <w:sz w:val="19"/>
                <w:lang w:eastAsia="ko-KR"/>
              </w:rPr>
              <w:t xml:space="preserve"> 사이 영역</w:t>
            </w:r>
          </w:p>
        </w:tc>
      </w:tr>
    </w:tbl>
    <w:p w14:paraId="2C8706EA" w14:textId="77777777" w:rsidR="00345769" w:rsidRDefault="00345769">
      <w:pPr>
        <w:spacing w:after="20"/>
        <w:rPr>
          <w:lang w:eastAsia="ko-KR"/>
        </w:rPr>
      </w:pPr>
    </w:p>
    <w:p w14:paraId="532106CA" w14:textId="28DBD230" w:rsidR="00345769" w:rsidRDefault="00A43EB6">
      <w:pPr>
        <w:spacing w:before="40" w:after="60"/>
        <w:rPr>
          <w:lang w:eastAsia="ko-KR"/>
        </w:rPr>
      </w:pPr>
      <w:r>
        <w:rPr>
          <w:b/>
          <w:color w:val="464646"/>
          <w:sz w:val="19"/>
          <w:lang w:eastAsia="ko-KR"/>
        </w:rPr>
        <w:t xml:space="preserve">보증내역전표이체 화면 </w:t>
      </w:r>
      <w:proofErr w:type="spellStart"/>
      <w:r>
        <w:rPr>
          <w:b/>
          <w:color w:val="464646"/>
          <w:sz w:val="19"/>
          <w:lang w:eastAsia="ko-KR"/>
        </w:rPr>
        <w:t>증권번호</w:t>
      </w:r>
      <w:proofErr w:type="spellEnd"/>
      <w:r>
        <w:rPr>
          <w:b/>
          <w:color w:val="464646"/>
          <w:sz w:val="19"/>
          <w:lang w:eastAsia="ko-KR"/>
        </w:rPr>
        <w:t xml:space="preserve"> 항목 추가 위치 예시</w:t>
      </w:r>
    </w:p>
    <w:p w14:paraId="350E4DAC" w14:textId="77777777" w:rsidR="00345769" w:rsidRDefault="00A43EB6">
      <w:pPr>
        <w:spacing w:before="20" w:after="80"/>
        <w:jc w:val="center"/>
      </w:pPr>
      <w:r>
        <w:rPr>
          <w:noProof/>
          <w:lang w:eastAsia="ko-KR"/>
        </w:rPr>
        <w:drawing>
          <wp:inline distT="0" distB="0" distL="0" distR="0" wp14:anchorId="262AAC94" wp14:editId="4E2B6CD3">
            <wp:extent cx="6336000" cy="264223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스크린샷 2026-07-08 091400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36000" cy="2642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6949B" w14:textId="77777777" w:rsidR="00345769" w:rsidRDefault="00A43EB6">
      <w:pPr>
        <w:spacing w:before="40" w:after="60"/>
        <w:rPr>
          <w:lang w:eastAsia="ko-KR"/>
        </w:rPr>
      </w:pPr>
      <w:r>
        <w:rPr>
          <w:b/>
          <w:color w:val="464646"/>
          <w:sz w:val="19"/>
          <w:lang w:eastAsia="ko-KR"/>
        </w:rPr>
        <w:t>확대보기: 증권번호 항목 추가 위치</w:t>
      </w:r>
    </w:p>
    <w:p w14:paraId="5D3FBEF8" w14:textId="51445885" w:rsidR="002D6DF4" w:rsidRDefault="00A43EB6">
      <w:pPr>
        <w:spacing w:before="20" w:after="80"/>
        <w:jc w:val="center"/>
      </w:pPr>
      <w:r>
        <w:rPr>
          <w:noProof/>
          <w:lang w:eastAsia="ko-KR"/>
        </w:rPr>
        <w:drawing>
          <wp:inline distT="0" distB="0" distL="0" distR="0" wp14:anchorId="72FACA4B" wp14:editId="1A2F91D0">
            <wp:extent cx="2448000" cy="392236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증권번호_추가위치_확대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48000" cy="3922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4BAC3" w14:textId="77777777" w:rsidR="002D6DF4" w:rsidRDefault="002D6DF4">
      <w:r>
        <w:br w:type="page"/>
      </w:r>
    </w:p>
    <w:p w14:paraId="134C68C6" w14:textId="25C591FA" w:rsidR="002D6DF4" w:rsidRDefault="002D6DF4" w:rsidP="002D6DF4">
      <w:pPr>
        <w:rPr>
          <w:lang w:eastAsia="ko-KR"/>
        </w:rPr>
      </w:pPr>
      <w:r>
        <w:rPr>
          <w:b/>
          <w:color w:val="1F4E79"/>
          <w:sz w:val="30"/>
          <w:lang w:eastAsia="ko-KR"/>
        </w:rPr>
        <w:lastRenderedPageBreak/>
        <w:t xml:space="preserve">5. </w:t>
      </w:r>
      <w:r>
        <w:rPr>
          <w:rFonts w:hint="eastAsia"/>
          <w:b/>
          <w:color w:val="1F4E79"/>
          <w:sz w:val="30"/>
          <w:lang w:eastAsia="ko-KR"/>
        </w:rPr>
        <w:t xml:space="preserve">도급대장등록 - </w:t>
      </w:r>
      <w:r>
        <w:rPr>
          <w:b/>
          <w:color w:val="1F4E79"/>
          <w:sz w:val="30"/>
          <w:lang w:eastAsia="ko-KR"/>
        </w:rPr>
        <w:t>[</w:t>
      </w:r>
      <w:proofErr w:type="spellStart"/>
      <w:r>
        <w:rPr>
          <w:rFonts w:hint="eastAsia"/>
          <w:b/>
          <w:color w:val="1F4E79"/>
          <w:sz w:val="30"/>
          <w:lang w:eastAsia="ko-KR"/>
        </w:rPr>
        <w:t>차수변경</w:t>
      </w:r>
      <w:proofErr w:type="spellEnd"/>
      <w:r>
        <w:rPr>
          <w:rFonts w:hint="eastAsia"/>
          <w:b/>
          <w:color w:val="1F4E79"/>
          <w:sz w:val="30"/>
          <w:lang w:eastAsia="ko-KR"/>
        </w:rPr>
        <w:t>]탭 업체별차수변경금액 추가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7824"/>
      </w:tblGrid>
      <w:tr w:rsidR="002D6DF4" w14:paraId="44F0BC23" w14:textId="77777777" w:rsidTr="0046055D">
        <w:trPr>
          <w:jc w:val="center"/>
        </w:trPr>
        <w:tc>
          <w:tcPr>
            <w:tcW w:w="2381" w:type="dxa"/>
            <w:tcBorders>
              <w:top w:val="single" w:sz="4" w:space="0" w:color="D6DCE5"/>
              <w:left w:val="single" w:sz="4" w:space="0" w:color="D6DCE5"/>
              <w:bottom w:val="single" w:sz="4" w:space="0" w:color="D6DCE5"/>
              <w:right w:val="single" w:sz="4" w:space="0" w:color="D6DCE5"/>
            </w:tcBorders>
            <w:shd w:val="clear" w:color="auto" w:fill="F2F5F8"/>
            <w:vAlign w:val="center"/>
          </w:tcPr>
          <w:p w14:paraId="755C4107" w14:textId="77777777" w:rsidR="002D6DF4" w:rsidRDefault="002D6DF4" w:rsidP="0046055D">
            <w:pPr>
              <w:jc w:val="center"/>
            </w:pPr>
            <w:proofErr w:type="spellStart"/>
            <w:r>
              <w:rPr>
                <w:b/>
                <w:color w:val="374151"/>
                <w:sz w:val="19"/>
              </w:rPr>
              <w:t>요청내용</w:t>
            </w:r>
            <w:proofErr w:type="spellEnd"/>
          </w:p>
        </w:tc>
        <w:tc>
          <w:tcPr>
            <w:tcW w:w="7824" w:type="dxa"/>
            <w:tcBorders>
              <w:top w:val="single" w:sz="4" w:space="0" w:color="D6DCE5"/>
              <w:left w:val="single" w:sz="4" w:space="0" w:color="D6DCE5"/>
              <w:bottom w:val="single" w:sz="4" w:space="0" w:color="D6DCE5"/>
              <w:right w:val="single" w:sz="4" w:space="0" w:color="D6DCE5"/>
            </w:tcBorders>
            <w:vAlign w:val="center"/>
          </w:tcPr>
          <w:p w14:paraId="6F37A639" w14:textId="097E04EF" w:rsidR="002D6DF4" w:rsidRDefault="002D6DF4" w:rsidP="002D6DF4">
            <w:pPr>
              <w:spacing w:after="0" w:line="264" w:lineRule="auto"/>
              <w:rPr>
                <w:lang w:eastAsia="ko-KR"/>
              </w:rPr>
            </w:pPr>
            <w:proofErr w:type="spellStart"/>
            <w:r>
              <w:rPr>
                <w:rFonts w:hint="eastAsia"/>
                <w:lang w:eastAsia="ko-KR"/>
              </w:rPr>
              <w:t>차수계약</w:t>
            </w:r>
            <w:proofErr w:type="spellEnd"/>
            <w:r>
              <w:rPr>
                <w:rFonts w:hint="eastAsia"/>
                <w:lang w:eastAsia="ko-KR"/>
              </w:rPr>
              <w:t xml:space="preserve"> </w:t>
            </w:r>
            <w:proofErr w:type="spellStart"/>
            <w:r>
              <w:rPr>
                <w:rFonts w:hint="eastAsia"/>
                <w:lang w:eastAsia="ko-KR"/>
              </w:rPr>
              <w:t>금액변경</w:t>
            </w:r>
            <w:proofErr w:type="spellEnd"/>
            <w:r>
              <w:rPr>
                <w:rFonts w:hint="eastAsia"/>
                <w:lang w:eastAsia="ko-KR"/>
              </w:rPr>
              <w:t xml:space="preserve"> 등록 시,</w:t>
            </w:r>
            <w:r>
              <w:rPr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공동도급사별 변경계약금액이 보일 수 있게 구현</w:t>
            </w:r>
          </w:p>
        </w:tc>
      </w:tr>
      <w:tr w:rsidR="002D6DF4" w14:paraId="08309C2F" w14:textId="77777777" w:rsidTr="0046055D">
        <w:trPr>
          <w:jc w:val="center"/>
        </w:trPr>
        <w:tc>
          <w:tcPr>
            <w:tcW w:w="2381" w:type="dxa"/>
            <w:tcBorders>
              <w:top w:val="single" w:sz="4" w:space="0" w:color="D6DCE5"/>
              <w:left w:val="single" w:sz="4" w:space="0" w:color="D6DCE5"/>
              <w:bottom w:val="single" w:sz="4" w:space="0" w:color="D6DCE5"/>
              <w:right w:val="single" w:sz="4" w:space="0" w:color="D6DCE5"/>
            </w:tcBorders>
            <w:shd w:val="clear" w:color="auto" w:fill="F2F5F8"/>
            <w:vAlign w:val="center"/>
          </w:tcPr>
          <w:p w14:paraId="626E660D" w14:textId="46B8E73C" w:rsidR="002D6DF4" w:rsidRDefault="002D6DF4" w:rsidP="0046055D">
            <w:pPr>
              <w:jc w:val="center"/>
            </w:pPr>
            <w:proofErr w:type="spellStart"/>
            <w:r>
              <w:rPr>
                <w:rFonts w:hint="eastAsia"/>
                <w:b/>
                <w:color w:val="374151"/>
                <w:sz w:val="19"/>
                <w:lang w:eastAsia="ko-KR"/>
              </w:rPr>
              <w:t>참고사진</w:t>
            </w:r>
            <w:proofErr w:type="spellEnd"/>
          </w:p>
        </w:tc>
        <w:tc>
          <w:tcPr>
            <w:tcW w:w="7824" w:type="dxa"/>
            <w:tcBorders>
              <w:top w:val="single" w:sz="4" w:space="0" w:color="D6DCE5"/>
              <w:left w:val="single" w:sz="4" w:space="0" w:color="D6DCE5"/>
              <w:bottom w:val="single" w:sz="4" w:space="0" w:color="D6DCE5"/>
              <w:right w:val="single" w:sz="4" w:space="0" w:color="D6DCE5"/>
            </w:tcBorders>
            <w:vAlign w:val="center"/>
          </w:tcPr>
          <w:p w14:paraId="404DEAAC" w14:textId="592CC29A" w:rsidR="002D6DF4" w:rsidRDefault="002D6DF4" w:rsidP="005D7586">
            <w:pPr>
              <w:spacing w:after="0" w:line="264" w:lineRule="auto"/>
              <w:rPr>
                <w:lang w:eastAsia="ko-KR"/>
              </w:rPr>
            </w:pPr>
            <w:r>
              <w:rPr>
                <w:noProof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326623" wp14:editId="6F1018BF">
                      <wp:simplePos x="0" y="0"/>
                      <wp:positionH relativeFrom="column">
                        <wp:posOffset>2915285</wp:posOffset>
                      </wp:positionH>
                      <wp:positionV relativeFrom="paragraph">
                        <wp:posOffset>2310765</wp:posOffset>
                      </wp:positionV>
                      <wp:extent cx="635000" cy="1009650"/>
                      <wp:effectExtent l="57150" t="38100" r="69850" b="95250"/>
                      <wp:wrapNone/>
                      <wp:docPr id="5" name="직사각형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0" cy="100965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69392A62" id="직사각형 5" o:spid="_x0000_s1026" style="position:absolute;left:0;text-align:left;margin-left:229.55pt;margin-top:181.95pt;width:50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" filled="f" strokecolor="red" strokeweight="3pt">
                      <v:shadow on="t" color="black" opacity="22937f" origin=",.5" offset="0,.63889mm"/>
                    </v:rect>
                  </w:pict>
                </mc:Fallback>
              </mc:AlternateContent>
            </w:r>
            <w:r>
              <w:rPr>
                <w:noProof/>
                <w:lang w:eastAsia="ko-KR"/>
              </w:rPr>
              <w:drawing>
                <wp:inline distT="0" distB="0" distL="0" distR="0" wp14:anchorId="43267359" wp14:editId="3523F72C">
                  <wp:extent cx="4831080" cy="3622040"/>
                  <wp:effectExtent l="0" t="0" r="7620" b="0"/>
                  <wp:docPr id="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1080" cy="3622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E4666E" w14:textId="77777777" w:rsidR="002D6DF4" w:rsidRDefault="002D6DF4" w:rsidP="002D6DF4">
      <w:pPr>
        <w:spacing w:after="20"/>
        <w:rPr>
          <w:lang w:eastAsia="ko-KR"/>
        </w:rPr>
      </w:pPr>
    </w:p>
    <w:p w14:paraId="73BEB380" w14:textId="5E58BE59" w:rsidR="00DA0091" w:rsidRDefault="00DA0091">
      <w:pPr>
        <w:rPr>
          <w:rFonts w:hint="eastAsia"/>
          <w:lang w:eastAsia="ko-KR"/>
        </w:rPr>
      </w:pPr>
      <w:bookmarkStart w:id="0" w:name="_GoBack"/>
      <w:bookmarkEnd w:id="0"/>
    </w:p>
    <w:sectPr w:rsidR="00DA0091" w:rsidSect="00034616">
      <w:footerReference w:type="default" r:id="rId12"/>
      <w:pgSz w:w="11906" w:h="16838"/>
      <w:pgMar w:top="850" w:right="850" w:bottom="737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E9B435" w14:textId="77777777" w:rsidR="00931E19" w:rsidRDefault="00931E19">
      <w:pPr>
        <w:spacing w:after="0" w:line="240" w:lineRule="auto"/>
      </w:pPr>
      <w:r>
        <w:separator/>
      </w:r>
    </w:p>
  </w:endnote>
  <w:endnote w:type="continuationSeparator" w:id="0">
    <w:p w14:paraId="31E59D94" w14:textId="77777777" w:rsidR="00931E19" w:rsidRDefault="00931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F4E541" w14:textId="77777777" w:rsidR="00345769" w:rsidRDefault="00A43EB6">
    <w:pPr>
      <w:pStyle w:val="a6"/>
      <w:jc w:val="right"/>
    </w:pPr>
    <w:proofErr w:type="spellStart"/>
    <w:r>
      <w:rPr>
        <w:color w:val="969696"/>
        <w:sz w:val="16"/>
      </w:rPr>
      <w:t>전산팀</w:t>
    </w:r>
    <w:proofErr w:type="spellEnd"/>
    <w:r>
      <w:rPr>
        <w:color w:val="969696"/>
        <w:sz w:val="16"/>
      </w:rPr>
      <w:t xml:space="preserve"> </w:t>
    </w:r>
    <w:proofErr w:type="spellStart"/>
    <w:r>
      <w:rPr>
        <w:color w:val="969696"/>
        <w:sz w:val="16"/>
      </w:rPr>
      <w:t>요청사항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96DABA" w14:textId="77777777" w:rsidR="00931E19" w:rsidRDefault="00931E19">
      <w:pPr>
        <w:spacing w:after="0" w:line="240" w:lineRule="auto"/>
      </w:pPr>
      <w:r>
        <w:separator/>
      </w:r>
    </w:p>
  </w:footnote>
  <w:footnote w:type="continuationSeparator" w:id="0">
    <w:p w14:paraId="1CD48962" w14:textId="77777777" w:rsidR="00931E19" w:rsidRDefault="00931E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C7C33"/>
    <w:rsid w:val="0015074B"/>
    <w:rsid w:val="00204F33"/>
    <w:rsid w:val="0029639D"/>
    <w:rsid w:val="002D6DF4"/>
    <w:rsid w:val="00326F90"/>
    <w:rsid w:val="00345769"/>
    <w:rsid w:val="0039181C"/>
    <w:rsid w:val="0046055D"/>
    <w:rsid w:val="00754C77"/>
    <w:rsid w:val="00931E19"/>
    <w:rsid w:val="00A43EB6"/>
    <w:rsid w:val="00AA1D8D"/>
    <w:rsid w:val="00AD7F9A"/>
    <w:rsid w:val="00AF216A"/>
    <w:rsid w:val="00B47730"/>
    <w:rsid w:val="00CB0664"/>
    <w:rsid w:val="00D121A8"/>
    <w:rsid w:val="00D375C6"/>
    <w:rsid w:val="00DA009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9BDC6E"/>
  <w14:defaultImageDpi w14:val="300"/>
  <w15:docId w15:val="{204A95C1-9BB0-490F-A561-33278563F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맑은 고딕" w:eastAsia="맑은 고딕" w:hAnsi="맑은 고딕"/>
      <w:color w:val="282828"/>
      <w:sz w:val="20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1">
    <w:name w:val="Balloon Text"/>
    <w:basedOn w:val="a1"/>
    <w:link w:val="Char7"/>
    <w:uiPriority w:val="99"/>
    <w:semiHidden/>
    <w:unhideWhenUsed/>
    <w:rsid w:val="00D121A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7">
    <w:name w:val="풍선 도움말 텍스트 Char"/>
    <w:basedOn w:val="a2"/>
    <w:link w:val="aff1"/>
    <w:uiPriority w:val="99"/>
    <w:semiHidden/>
    <w:rsid w:val="00D121A8"/>
    <w:rPr>
      <w:rFonts w:asciiTheme="majorHAnsi" w:eastAsiaTheme="majorEastAsia" w:hAnsiTheme="majorHAnsi" w:cstheme="majorBidi"/>
      <w:color w:val="28282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F1D48EA-F1F9-425F-AAAB-AD98CFB57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94</Words>
  <Characters>538</Characters>
  <Application>Microsoft Office Word</Application>
  <DocSecurity>0</DocSecurity>
  <Lines>4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전산팀 요청사항</vt:lpstr>
      <vt:lpstr/>
    </vt:vector>
  </TitlesOfParts>
  <Manager/>
  <Company/>
  <LinksUpToDate>false</LinksUpToDate>
  <CharactersWithSpaces>631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전산팀 요청사항</dc:title>
  <dc:subject>전산팀 전달용 정리본</dc:subject>
  <dc:creator>김 원숙</dc:creator>
  <cp:keywords/>
  <dc:description>generated by python-docx</dc:description>
  <cp:lastModifiedBy>hsryu</cp:lastModifiedBy>
  <cp:revision>7</cp:revision>
  <cp:lastPrinted>2026-07-08T01:20:00Z</cp:lastPrinted>
  <dcterms:created xsi:type="dcterms:W3CDTF">2026-07-08T01:05:00Z</dcterms:created>
  <dcterms:modified xsi:type="dcterms:W3CDTF">2026-07-12T23:38:00Z</dcterms:modified>
  <cp:category/>
</cp:coreProperties>
</file>